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17E948" w14:textId="77777777" w:rsidR="00FB37E7" w:rsidRDefault="00FB37E7" w:rsidP="00FB37E7">
      <w:pPr>
        <w:pStyle w:val="Kop1"/>
        <w:pBdr>
          <w:bottom w:val="single" w:sz="4" w:space="1" w:color="auto"/>
        </w:pBdr>
        <w:jc w:val="center"/>
        <w:rPr>
          <w:rFonts w:ascii="Nunito Sans" w:hAnsi="Nunito Sans"/>
          <w:sz w:val="56"/>
          <w:szCs w:val="56"/>
        </w:rPr>
      </w:pPr>
    </w:p>
    <w:p w14:paraId="52611EDC" w14:textId="43220B4A" w:rsidR="00FB37E7" w:rsidRPr="00FB37E7" w:rsidRDefault="00FB37E7" w:rsidP="00FB37E7">
      <w:pPr>
        <w:pStyle w:val="Kop1"/>
        <w:pBdr>
          <w:bottom w:val="single" w:sz="4" w:space="1" w:color="auto"/>
        </w:pBdr>
        <w:jc w:val="center"/>
        <w:rPr>
          <w:rFonts w:ascii="Nunito Sans" w:hAnsi="Nunito Sans"/>
          <w:sz w:val="56"/>
          <w:szCs w:val="56"/>
        </w:rPr>
      </w:pPr>
      <w:r>
        <w:rPr>
          <w:rFonts w:ascii="Nunito Sans" w:hAnsi="Nunito Sans"/>
          <w:sz w:val="56"/>
          <w:szCs w:val="56"/>
        </w:rPr>
        <w:t>Als ik er niet meer ben</w:t>
      </w:r>
    </w:p>
    <w:p w14:paraId="0CAF823C" w14:textId="3D70BC3C" w:rsidR="005D4BF0" w:rsidRDefault="00FB37E7" w:rsidP="00FB37E7">
      <w:pPr>
        <w:pStyle w:val="Kop1"/>
        <w:jc w:val="center"/>
      </w:pPr>
      <w:r>
        <w:t>Overzicht vo</w:t>
      </w:r>
      <w:r w:rsidR="006F054E">
        <w:t>o</w:t>
      </w:r>
      <w:r>
        <w:t>r mijn partner en mijn bedrijf</w:t>
      </w:r>
    </w:p>
    <w:p w14:paraId="0B6702AA" w14:textId="09DDDDA5" w:rsidR="00491EB8" w:rsidRDefault="00491EB8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</w:p>
    <w:p w14:paraId="08C87AAE" w14:textId="35FB793E" w:rsidR="00D72BD2" w:rsidRDefault="0083470C">
      <w:pPr>
        <w:pStyle w:val="Kop2"/>
      </w:pPr>
      <w:r>
        <w:t>1. Persoonlijke gegevens</w:t>
      </w:r>
    </w:p>
    <w:p w14:paraId="0E171BC3" w14:textId="078112F7" w:rsidR="00D72BD2" w:rsidRDefault="0083470C">
      <w:r>
        <w:t xml:space="preserve">Volledige naam: </w:t>
      </w:r>
    </w:p>
    <w:p w14:paraId="775D1D8A" w14:textId="77777777" w:rsidR="00B3113A" w:rsidRDefault="00B3113A"/>
    <w:p w14:paraId="0D530B27" w14:textId="77777777" w:rsidR="00B3113A" w:rsidRDefault="00B3113A"/>
    <w:p w14:paraId="2790C44F" w14:textId="45DF803B" w:rsidR="00D72BD2" w:rsidRDefault="0083470C">
      <w:r>
        <w:t xml:space="preserve">Geboortedatum: </w:t>
      </w:r>
    </w:p>
    <w:p w14:paraId="0593BAA0" w14:textId="77777777" w:rsidR="00B3113A" w:rsidRDefault="00B3113A"/>
    <w:p w14:paraId="2267F21E" w14:textId="77777777" w:rsidR="00B3113A" w:rsidRDefault="00B3113A"/>
    <w:p w14:paraId="77C7D493" w14:textId="08C027C4" w:rsidR="00D72BD2" w:rsidRDefault="0083470C">
      <w:r>
        <w:t xml:space="preserve">BSN: </w:t>
      </w:r>
    </w:p>
    <w:p w14:paraId="0F0C93A2" w14:textId="77777777" w:rsidR="00B3113A" w:rsidRDefault="00B3113A"/>
    <w:p w14:paraId="3C15F929" w14:textId="77777777" w:rsidR="00B3113A" w:rsidRDefault="00B3113A"/>
    <w:p w14:paraId="48330F5A" w14:textId="320473BC" w:rsidR="00D72BD2" w:rsidRDefault="0083470C">
      <w:r>
        <w:t xml:space="preserve">Adres: </w:t>
      </w:r>
    </w:p>
    <w:p w14:paraId="6A09377B" w14:textId="77777777" w:rsidR="00B3113A" w:rsidRDefault="00B3113A"/>
    <w:p w14:paraId="360A4F0E" w14:textId="77777777" w:rsidR="00B3113A" w:rsidRDefault="00B3113A"/>
    <w:p w14:paraId="69E0C496" w14:textId="448793F1" w:rsidR="00D72BD2" w:rsidRDefault="0083470C">
      <w:r>
        <w:t xml:space="preserve">Telefoon / e-mail: </w:t>
      </w:r>
    </w:p>
    <w:p w14:paraId="54A58732" w14:textId="77777777" w:rsidR="00B3113A" w:rsidRDefault="00B3113A"/>
    <w:p w14:paraId="775574FA" w14:textId="77777777" w:rsidR="00491EB8" w:rsidRDefault="00491EB8"/>
    <w:p w14:paraId="20AAC52F" w14:textId="77777777" w:rsidR="00FB37E7" w:rsidRDefault="00FB37E7"/>
    <w:p w14:paraId="6EE2A6F9" w14:textId="77777777" w:rsidR="00D72BD2" w:rsidRDefault="0083470C">
      <w:pPr>
        <w:pStyle w:val="Kop2"/>
      </w:pPr>
      <w:r>
        <w:lastRenderedPageBreak/>
        <w:t>2. Nabestaanden en belangrijke contactpersonen</w:t>
      </w:r>
    </w:p>
    <w:p w14:paraId="515CDDEA" w14:textId="77777777" w:rsidR="00C934D1" w:rsidRPr="00C934D1" w:rsidRDefault="00C934D1" w:rsidP="00C934D1"/>
    <w:p w14:paraId="082CA1A9" w14:textId="1F7D144B" w:rsidR="00D72BD2" w:rsidRDefault="0083470C">
      <w:r>
        <w:t xml:space="preserve">Partner / echtgenoot (naam + contact): </w:t>
      </w:r>
    </w:p>
    <w:p w14:paraId="7E2886BA" w14:textId="77777777" w:rsidR="00C934D1" w:rsidRDefault="00C934D1"/>
    <w:p w14:paraId="7E2187FC" w14:textId="77777777" w:rsidR="00C934D1" w:rsidRDefault="00C934D1"/>
    <w:p w14:paraId="334285F8" w14:textId="676AC90D" w:rsidR="00D72BD2" w:rsidRDefault="0083470C">
      <w:r>
        <w:t xml:space="preserve">Kinderen / erfgenamen: </w:t>
      </w:r>
    </w:p>
    <w:p w14:paraId="27B011CE" w14:textId="77777777" w:rsidR="00C934D1" w:rsidRDefault="00C934D1"/>
    <w:p w14:paraId="4B42B99B" w14:textId="77777777" w:rsidR="00C934D1" w:rsidRDefault="00C934D1"/>
    <w:p w14:paraId="1A1A5011" w14:textId="59D7573C" w:rsidR="00D72BD2" w:rsidRDefault="0083470C">
      <w:r>
        <w:t xml:space="preserve">Notaris (naam + telefoon): </w:t>
      </w:r>
    </w:p>
    <w:p w14:paraId="1DEDCD28" w14:textId="77777777" w:rsidR="00C934D1" w:rsidRDefault="00C934D1"/>
    <w:p w14:paraId="3D637A18" w14:textId="77777777" w:rsidR="00C934D1" w:rsidRDefault="00C934D1"/>
    <w:p w14:paraId="7E7E4EE6" w14:textId="09432A00" w:rsidR="00D72BD2" w:rsidRDefault="0083470C">
      <w:r>
        <w:t>Accountant / administratiekantoor:</w:t>
      </w:r>
    </w:p>
    <w:p w14:paraId="00969752" w14:textId="77777777" w:rsidR="00C934D1" w:rsidRDefault="00C934D1"/>
    <w:p w14:paraId="72A79A72" w14:textId="77777777" w:rsidR="00C934D1" w:rsidRDefault="00C934D1"/>
    <w:p w14:paraId="4EA5CCA2" w14:textId="06077A81" w:rsidR="00D72BD2" w:rsidRDefault="0083470C">
      <w:r>
        <w:t xml:space="preserve">Belastingadviseur: </w:t>
      </w:r>
    </w:p>
    <w:p w14:paraId="7CE098A8" w14:textId="77777777" w:rsidR="000C7D5C" w:rsidRDefault="000C7D5C"/>
    <w:p w14:paraId="63FB6587" w14:textId="77777777" w:rsidR="000C7D5C" w:rsidRDefault="000C7D5C"/>
    <w:p w14:paraId="49A83F17" w14:textId="3E72E820" w:rsidR="00D72BD2" w:rsidRDefault="0083470C">
      <w:r>
        <w:t xml:space="preserve">Vermogensadviseur / planner: </w:t>
      </w:r>
    </w:p>
    <w:p w14:paraId="035ACD5B" w14:textId="77777777" w:rsidR="000C7D5C" w:rsidRDefault="000C7D5C"/>
    <w:p w14:paraId="7C0641D5" w14:textId="77777777" w:rsidR="000C7D5C" w:rsidRDefault="000C7D5C"/>
    <w:p w14:paraId="56891FD5" w14:textId="17188F7A" w:rsidR="00D72BD2" w:rsidRDefault="0083470C">
      <w:r>
        <w:t xml:space="preserve">Mede-aandeelhouders / vennoten: </w:t>
      </w:r>
    </w:p>
    <w:p w14:paraId="0669B8AD" w14:textId="77777777" w:rsidR="000C7D5C" w:rsidRDefault="000C7D5C"/>
    <w:p w14:paraId="1489797F" w14:textId="77777777" w:rsidR="000C7D5C" w:rsidRDefault="000C7D5C"/>
    <w:p w14:paraId="4B9B8B73" w14:textId="77777777" w:rsidR="00491EB8" w:rsidRDefault="00491EB8"/>
    <w:p w14:paraId="65971D59" w14:textId="77777777" w:rsidR="00D72BD2" w:rsidRDefault="0083470C">
      <w:pPr>
        <w:pStyle w:val="Kop2"/>
      </w:pPr>
      <w:r>
        <w:lastRenderedPageBreak/>
        <w:t>3. Testament en volmachten</w:t>
      </w:r>
    </w:p>
    <w:p w14:paraId="7C0094C7" w14:textId="77777777" w:rsidR="000C7D5C" w:rsidRDefault="0083470C">
      <w:r>
        <w:t xml:space="preserve">Testament aanwezig? Waar en bij welke notaris: </w:t>
      </w:r>
    </w:p>
    <w:p w14:paraId="0C33250F" w14:textId="77777777" w:rsidR="000C7D5C" w:rsidRDefault="000C7D5C"/>
    <w:p w14:paraId="4DD3FE02" w14:textId="212173BD" w:rsidR="00D72BD2" w:rsidRDefault="0083470C">
      <w:r>
        <w:t xml:space="preserve">Levenstestament / volmacht aanwezig? </w:t>
      </w:r>
    </w:p>
    <w:p w14:paraId="5306A8AC" w14:textId="77777777" w:rsidR="000C7D5C" w:rsidRDefault="000C7D5C"/>
    <w:p w14:paraId="28EF09A0" w14:textId="77777777" w:rsidR="000C7D5C" w:rsidRDefault="000C7D5C"/>
    <w:p w14:paraId="58C47DF3" w14:textId="1B61D17C" w:rsidR="00D72BD2" w:rsidRDefault="0083470C">
      <w:r>
        <w:t xml:space="preserve">Executeur: naam en contactgegevens: </w:t>
      </w:r>
    </w:p>
    <w:p w14:paraId="3ED95FB6" w14:textId="77777777" w:rsidR="000C7D5C" w:rsidRDefault="000C7D5C"/>
    <w:p w14:paraId="5AB51E31" w14:textId="77777777" w:rsidR="00C4003A" w:rsidRDefault="00C4003A"/>
    <w:p w14:paraId="6BE5596F" w14:textId="77777777" w:rsidR="00C4003A" w:rsidRPr="00C4003A" w:rsidRDefault="00C4003A" w:rsidP="00C4003A">
      <w:pPr>
        <w:rPr>
          <w:lang w:val="nl-NL"/>
        </w:rPr>
      </w:pPr>
      <w:r w:rsidRPr="00C4003A">
        <w:rPr>
          <w:lang w:val="nl-NL"/>
        </w:rPr>
        <w:t>Mijn wensen rondom medische behandelingen in de laatste levensfase:</w:t>
      </w:r>
    </w:p>
    <w:p w14:paraId="58A4EA1D" w14:textId="77777777" w:rsidR="00C4003A" w:rsidRPr="00C4003A" w:rsidRDefault="00C4003A" w:rsidP="00C4003A">
      <w:pPr>
        <w:rPr>
          <w:lang w:val="nl-NL"/>
        </w:rPr>
      </w:pPr>
      <w:r w:rsidRPr="00C4003A">
        <w:rPr>
          <w:lang w:val="nl-NL"/>
        </w:rPr>
        <w:br/>
      </w:r>
    </w:p>
    <w:p w14:paraId="49B63EDD" w14:textId="77777777" w:rsidR="00C4003A" w:rsidRPr="00C4003A" w:rsidRDefault="00C4003A" w:rsidP="00C4003A">
      <w:pPr>
        <w:rPr>
          <w:lang w:val="nl-NL"/>
        </w:rPr>
      </w:pPr>
      <w:r w:rsidRPr="00C4003A">
        <w:rPr>
          <w:lang w:val="nl-NL"/>
        </w:rPr>
        <w:t>Wensen rondom euthanasie (indien van toepassing):</w:t>
      </w:r>
    </w:p>
    <w:p w14:paraId="49DC61D3" w14:textId="77777777" w:rsidR="00C4003A" w:rsidRDefault="00C4003A"/>
    <w:p w14:paraId="42227203" w14:textId="77777777" w:rsidR="000C7D5C" w:rsidRDefault="000C7D5C"/>
    <w:p w14:paraId="0520AA59" w14:textId="77777777" w:rsidR="00D72BD2" w:rsidRDefault="0083470C">
      <w:pPr>
        <w:pStyle w:val="Kop2"/>
      </w:pPr>
      <w:r>
        <w:t>4. Onderneming en structuur</w:t>
      </w:r>
    </w:p>
    <w:p w14:paraId="5133CE5B" w14:textId="34399A6A" w:rsidR="00D72BD2" w:rsidRDefault="0083470C">
      <w:r>
        <w:t xml:space="preserve">Rechtsvorm (eenmanszaak / VOF / BV / holding): </w:t>
      </w:r>
    </w:p>
    <w:p w14:paraId="26D438B4" w14:textId="77777777" w:rsidR="000C7D5C" w:rsidRDefault="000C7D5C"/>
    <w:p w14:paraId="517303A7" w14:textId="77777777" w:rsidR="000C7D5C" w:rsidRDefault="000C7D5C"/>
    <w:p w14:paraId="4B805179" w14:textId="12CBBEB9" w:rsidR="00D72BD2" w:rsidRDefault="0083470C">
      <w:r>
        <w:t>Bedrijfsnaam(en)</w:t>
      </w:r>
      <w:r w:rsidR="000C7D5C">
        <w:t xml:space="preserve"> en Kvk-nummer(s):</w:t>
      </w:r>
    </w:p>
    <w:p w14:paraId="36792545" w14:textId="77777777" w:rsidR="000C7D5C" w:rsidRDefault="000C7D5C"/>
    <w:p w14:paraId="3C0BAF15" w14:textId="77777777" w:rsidR="000C7D5C" w:rsidRDefault="000C7D5C"/>
    <w:p w14:paraId="0329958B" w14:textId="71256854" w:rsidR="00D72BD2" w:rsidRDefault="0083470C">
      <w:r>
        <w:t xml:space="preserve">Belangrijke contracten en afspraken (locatie / contactpersoon): </w:t>
      </w:r>
    </w:p>
    <w:p w14:paraId="49F020D6" w14:textId="77777777" w:rsidR="000C7D5C" w:rsidRDefault="000C7D5C"/>
    <w:p w14:paraId="58775C35" w14:textId="77777777" w:rsidR="000C7D5C" w:rsidRDefault="000C7D5C"/>
    <w:p w14:paraId="6D5A963D" w14:textId="77777777" w:rsidR="00D72BD2" w:rsidRDefault="0083470C">
      <w:pPr>
        <w:pStyle w:val="Kop2"/>
      </w:pPr>
      <w:r>
        <w:lastRenderedPageBreak/>
        <w:t>5. Bankrekeningen en beleggingen</w:t>
      </w:r>
    </w:p>
    <w:p w14:paraId="47428A76" w14:textId="761947A6" w:rsidR="00D72BD2" w:rsidRDefault="0083470C">
      <w:r>
        <w:t xml:space="preserve">Zakelijke bankrekeningen: </w:t>
      </w:r>
    </w:p>
    <w:p w14:paraId="72FEF0A0" w14:textId="77777777" w:rsidR="000C7D5C" w:rsidRDefault="000C7D5C"/>
    <w:p w14:paraId="063547E2" w14:textId="77777777" w:rsidR="000C7D5C" w:rsidRDefault="000C7D5C"/>
    <w:p w14:paraId="5EC6BBCA" w14:textId="4513687E" w:rsidR="00D72BD2" w:rsidRDefault="0083470C">
      <w:r>
        <w:t xml:space="preserve">Privérekeningen: </w:t>
      </w:r>
    </w:p>
    <w:p w14:paraId="518945B1" w14:textId="77777777" w:rsidR="000C7D5C" w:rsidRDefault="000C7D5C"/>
    <w:p w14:paraId="29C83333" w14:textId="77777777" w:rsidR="000C7D5C" w:rsidRDefault="000C7D5C"/>
    <w:p w14:paraId="091F15F1" w14:textId="0060E826" w:rsidR="00D72BD2" w:rsidRDefault="0083470C">
      <w:r>
        <w:t xml:space="preserve">Beleggingsrekeningen / crypto / overige beleggingen: </w:t>
      </w:r>
    </w:p>
    <w:p w14:paraId="1AD4D853" w14:textId="77777777" w:rsidR="000C7D5C" w:rsidRDefault="000C7D5C"/>
    <w:p w14:paraId="0C924FB4" w14:textId="77777777" w:rsidR="000C7D5C" w:rsidRDefault="000C7D5C"/>
    <w:p w14:paraId="619140CA" w14:textId="64087299" w:rsidR="007716A0" w:rsidRDefault="007716A0" w:rsidP="007716A0">
      <w:r>
        <w:t xml:space="preserve">Onroerend goed (woning, vakantiewoning)  </w:t>
      </w:r>
    </w:p>
    <w:p w14:paraId="1C9420D9" w14:textId="77777777" w:rsidR="000C7D5C" w:rsidRDefault="000C7D5C" w:rsidP="007716A0"/>
    <w:p w14:paraId="5D8F3730" w14:textId="77777777" w:rsidR="000C7D5C" w:rsidRDefault="000C7D5C" w:rsidP="007716A0"/>
    <w:p w14:paraId="5B5B8885" w14:textId="27254B69" w:rsidR="007716A0" w:rsidRDefault="007716A0">
      <w:r>
        <w:t>Auto(‘s) of Andere voertuigen</w:t>
      </w:r>
      <w:r w:rsidR="00711346">
        <w:t xml:space="preserve">   </w:t>
      </w:r>
    </w:p>
    <w:p w14:paraId="6C6518B3" w14:textId="77777777" w:rsidR="000C7D5C" w:rsidRDefault="000C7D5C"/>
    <w:p w14:paraId="056D8569" w14:textId="77777777" w:rsidR="000C7D5C" w:rsidRDefault="000C7D5C"/>
    <w:p w14:paraId="3682D28F" w14:textId="55A3D1DA" w:rsidR="00711346" w:rsidRDefault="00711346">
      <w:r>
        <w:t xml:space="preserve">Waardevole spullen (kunst, sieraden, ec.)    </w:t>
      </w:r>
    </w:p>
    <w:p w14:paraId="5D804F91" w14:textId="77777777" w:rsidR="000C7D5C" w:rsidRDefault="000C7D5C"/>
    <w:p w14:paraId="2D660860" w14:textId="77777777" w:rsidR="000C7D5C" w:rsidRDefault="000C7D5C"/>
    <w:p w14:paraId="08998510" w14:textId="3E5C28B0" w:rsidR="00D72BD2" w:rsidRDefault="0083470C">
      <w:r>
        <w:t xml:space="preserve">Leningen, lease en hypotheken: </w:t>
      </w:r>
    </w:p>
    <w:p w14:paraId="1F6567C4" w14:textId="77777777" w:rsidR="000C7D5C" w:rsidRDefault="000C7D5C"/>
    <w:p w14:paraId="16063F67" w14:textId="77777777" w:rsidR="000C7D5C" w:rsidRDefault="000C7D5C"/>
    <w:p w14:paraId="702C7623" w14:textId="08BB0440" w:rsidR="00711346" w:rsidRDefault="00711346" w:rsidP="00711346">
      <w:r w:rsidRPr="00711346">
        <w:t>Eventuele schuldbekentenissen of contracten:</w:t>
      </w:r>
      <w:r>
        <w:t xml:space="preserve"> </w:t>
      </w:r>
    </w:p>
    <w:p w14:paraId="28D42515" w14:textId="77777777" w:rsidR="000C7D5C" w:rsidRDefault="000C7D5C" w:rsidP="00711346"/>
    <w:p w14:paraId="15B0BF8A" w14:textId="77777777" w:rsidR="000C7D5C" w:rsidRDefault="000C7D5C" w:rsidP="00711346"/>
    <w:p w14:paraId="34BF1B37" w14:textId="74BD12A6" w:rsidR="00711346" w:rsidRPr="00711346" w:rsidRDefault="00711346" w:rsidP="00711346"/>
    <w:p w14:paraId="0492675F" w14:textId="77777777" w:rsidR="00D72BD2" w:rsidRDefault="0083470C">
      <w:pPr>
        <w:pStyle w:val="Kop2"/>
      </w:pPr>
      <w:r>
        <w:t>6. Verzekeringen</w:t>
      </w:r>
    </w:p>
    <w:p w14:paraId="7F944F98" w14:textId="4E2AAF91" w:rsidR="00D72BD2" w:rsidRDefault="0083470C">
      <w:r>
        <w:t xml:space="preserve">Overlijdensrisicoverzekering (verzekeraar + polisnummer + begunstigde): </w:t>
      </w:r>
    </w:p>
    <w:p w14:paraId="6286E1C6" w14:textId="77777777" w:rsidR="000C7D5C" w:rsidRDefault="000C7D5C"/>
    <w:p w14:paraId="18475247" w14:textId="77777777" w:rsidR="000C7D5C" w:rsidRDefault="000C7D5C"/>
    <w:p w14:paraId="77BE813D" w14:textId="569E2D5C" w:rsidR="00D72BD2" w:rsidRDefault="0083470C">
      <w:r>
        <w:t xml:space="preserve">Zakelijke overlijdensverzekering / key person: </w:t>
      </w:r>
    </w:p>
    <w:p w14:paraId="4790C348" w14:textId="77777777" w:rsidR="000C7D5C" w:rsidRDefault="000C7D5C"/>
    <w:p w14:paraId="055E7A80" w14:textId="77777777" w:rsidR="000C7D5C" w:rsidRDefault="000C7D5C"/>
    <w:p w14:paraId="6270E749" w14:textId="148E2332" w:rsidR="00D72BD2" w:rsidRDefault="0083470C">
      <w:r>
        <w:t xml:space="preserve">Arbeidsongeschiktheidsverzekering: </w:t>
      </w:r>
    </w:p>
    <w:p w14:paraId="21C446A8" w14:textId="77777777" w:rsidR="000C7D5C" w:rsidRDefault="000C7D5C"/>
    <w:p w14:paraId="3ED9E125" w14:textId="77777777" w:rsidR="000C7D5C" w:rsidRDefault="000C7D5C"/>
    <w:p w14:paraId="2065CB8A" w14:textId="1C664E60" w:rsidR="00D72BD2" w:rsidRDefault="0083470C">
      <w:r>
        <w:t>Overige belangrijke verzekeringen</w:t>
      </w:r>
      <w:r w:rsidR="000C7D5C">
        <w:t>:</w:t>
      </w:r>
    </w:p>
    <w:p w14:paraId="7EB14F47" w14:textId="77777777" w:rsidR="000C7D5C" w:rsidRDefault="000C7D5C"/>
    <w:p w14:paraId="4355D52E" w14:textId="77777777" w:rsidR="00711346" w:rsidRDefault="00711346"/>
    <w:p w14:paraId="7C3E35CF" w14:textId="77777777" w:rsidR="00D72BD2" w:rsidRDefault="0083470C">
      <w:pPr>
        <w:pStyle w:val="Kop2"/>
      </w:pPr>
      <w:r>
        <w:t>7. Administratie en systemen</w:t>
      </w:r>
    </w:p>
    <w:p w14:paraId="79A34DBE" w14:textId="27BDB6DB" w:rsidR="00D72BD2" w:rsidRDefault="0083470C">
      <w:r>
        <w:t xml:space="preserve">Boekhoudsoftware en toegang: </w:t>
      </w:r>
    </w:p>
    <w:p w14:paraId="4DEBB0CC" w14:textId="77777777" w:rsidR="000C7D5C" w:rsidRDefault="000C7D5C"/>
    <w:p w14:paraId="6BCD7FD3" w14:textId="77777777" w:rsidR="000C7D5C" w:rsidRDefault="000C7D5C"/>
    <w:p w14:paraId="08EA627F" w14:textId="45ADB844" w:rsidR="00D72BD2" w:rsidRDefault="0083470C">
      <w:r>
        <w:t xml:space="preserve">Locatie administratie en jaarrekeningen: </w:t>
      </w:r>
    </w:p>
    <w:p w14:paraId="19935EB1" w14:textId="77777777" w:rsidR="000C7D5C" w:rsidRDefault="000C7D5C"/>
    <w:p w14:paraId="4FEF5076" w14:textId="77777777" w:rsidR="000C7D5C" w:rsidRDefault="000C7D5C"/>
    <w:p w14:paraId="22D147FA" w14:textId="2AEEA419" w:rsidR="00D72BD2" w:rsidRDefault="0083470C">
      <w:r>
        <w:t xml:space="preserve">Belangrijke digitale systemen (e-mail, CRM, website, cloud): </w:t>
      </w:r>
    </w:p>
    <w:p w14:paraId="23C1F35F" w14:textId="77777777" w:rsidR="000C7D5C" w:rsidRDefault="000C7D5C"/>
    <w:p w14:paraId="0F0166E0" w14:textId="77777777" w:rsidR="00A00156" w:rsidRDefault="00A00156"/>
    <w:p w14:paraId="0907404D" w14:textId="77777777" w:rsidR="00711346" w:rsidRDefault="00711346"/>
    <w:p w14:paraId="51C3113E" w14:textId="77777777" w:rsidR="00D72BD2" w:rsidRDefault="0083470C">
      <w:pPr>
        <w:pStyle w:val="Kop2"/>
      </w:pPr>
      <w:r>
        <w:lastRenderedPageBreak/>
        <w:t>8. Personeel en continuïteit</w:t>
      </w:r>
    </w:p>
    <w:p w14:paraId="4379660B" w14:textId="62A23DF4" w:rsidR="00D72BD2" w:rsidRDefault="0083470C">
      <w:r>
        <w:t xml:space="preserve">Overzicht personeel en sleutelpersonen: </w:t>
      </w:r>
    </w:p>
    <w:p w14:paraId="1121FA5A" w14:textId="77777777" w:rsidR="000C7D5C" w:rsidRDefault="000C7D5C"/>
    <w:p w14:paraId="69713B90" w14:textId="77777777" w:rsidR="000C7D5C" w:rsidRDefault="000C7D5C"/>
    <w:p w14:paraId="234C8AC4" w14:textId="3806F787" w:rsidR="00D72BD2" w:rsidRDefault="0083470C">
      <w:r>
        <w:t xml:space="preserve">Wie kan tijdelijk leiding nemen?: </w:t>
      </w:r>
    </w:p>
    <w:p w14:paraId="48689502" w14:textId="77777777" w:rsidR="000C7D5C" w:rsidRDefault="000C7D5C"/>
    <w:p w14:paraId="1E748E4C" w14:textId="77777777" w:rsidR="000C7D5C" w:rsidRDefault="000C7D5C"/>
    <w:p w14:paraId="4A7441B7" w14:textId="7883BF11" w:rsidR="00D72BD2" w:rsidRDefault="0083470C">
      <w:r>
        <w:t xml:space="preserve">Belangrijkste lopende projecten / klanten: </w:t>
      </w:r>
    </w:p>
    <w:p w14:paraId="1F6DF70F" w14:textId="77777777" w:rsidR="000C7D5C" w:rsidRDefault="000C7D5C"/>
    <w:p w14:paraId="27CAD8B6" w14:textId="77777777" w:rsidR="0061755A" w:rsidRDefault="0061755A"/>
    <w:p w14:paraId="527779D2" w14:textId="77777777" w:rsidR="0061755A" w:rsidRDefault="0061755A" w:rsidP="0061755A">
      <w:r>
        <w:t xml:space="preserve">Wensen m.b.t. voortzetting of verkoop onderneming: </w:t>
      </w:r>
    </w:p>
    <w:p w14:paraId="4F9213DE" w14:textId="77777777" w:rsidR="000C7D5C" w:rsidRDefault="000C7D5C"/>
    <w:p w14:paraId="3D335337" w14:textId="77777777" w:rsidR="00711346" w:rsidRDefault="00711346"/>
    <w:p w14:paraId="6909F261" w14:textId="77777777" w:rsidR="00D72BD2" w:rsidRDefault="0083470C">
      <w:pPr>
        <w:pStyle w:val="Kop2"/>
      </w:pPr>
      <w:r>
        <w:t>9. Pensioen en privévoorzieningen</w:t>
      </w:r>
    </w:p>
    <w:p w14:paraId="3DA45878" w14:textId="32111E37" w:rsidR="00D72BD2" w:rsidRDefault="0083470C">
      <w:r>
        <w:t xml:space="preserve">Lijfrente / pensioen-BV / ODV / andere voorzieningen: </w:t>
      </w:r>
    </w:p>
    <w:p w14:paraId="6646A4EF" w14:textId="77777777" w:rsidR="000C7D5C" w:rsidRDefault="000C7D5C"/>
    <w:p w14:paraId="0AE4B485" w14:textId="77777777" w:rsidR="000C7D5C" w:rsidRDefault="000C7D5C"/>
    <w:p w14:paraId="64E2B647" w14:textId="02EE14DB" w:rsidR="00D72BD2" w:rsidRDefault="0083470C">
      <w:r>
        <w:t xml:space="preserve">Partner- en kindvoorzieningen: </w:t>
      </w:r>
    </w:p>
    <w:p w14:paraId="3BBC1C49" w14:textId="77777777" w:rsidR="000C7D5C" w:rsidRDefault="000C7D5C"/>
    <w:p w14:paraId="279719E4" w14:textId="77777777" w:rsidR="000C7D5C" w:rsidRDefault="000C7D5C"/>
    <w:p w14:paraId="6877B4F5" w14:textId="25D68E51" w:rsidR="00D72BD2" w:rsidRDefault="0083470C">
      <w:pPr>
        <w:pStyle w:val="Kop2"/>
      </w:pPr>
      <w:r>
        <w:t xml:space="preserve">10. </w:t>
      </w:r>
      <w:r w:rsidR="0061755A">
        <w:t>Uitvaartwensen</w:t>
      </w:r>
    </w:p>
    <w:p w14:paraId="4D3C0DD2" w14:textId="77777777" w:rsidR="00C34A12" w:rsidRPr="00C34A12" w:rsidRDefault="00C34A12" w:rsidP="00C34A12">
      <w:r w:rsidRPr="00C34A12">
        <w:t>Begraven of cremeren:</w:t>
      </w:r>
    </w:p>
    <w:p w14:paraId="13EB18B1" w14:textId="77777777" w:rsidR="00C34A12" w:rsidRPr="00C34A12" w:rsidRDefault="00C34A12" w:rsidP="00C34A12">
      <w:r w:rsidRPr="00C34A12">
        <w:br/>
      </w:r>
    </w:p>
    <w:p w14:paraId="3D1F0B41" w14:textId="77777777" w:rsidR="00C34A12" w:rsidRPr="00C34A12" w:rsidRDefault="00C34A12" w:rsidP="00C34A12">
      <w:r w:rsidRPr="00C34A12">
        <w:t>Locatie van de uitvaart:</w:t>
      </w:r>
    </w:p>
    <w:p w14:paraId="6AFF84FE" w14:textId="77777777" w:rsidR="00C34A12" w:rsidRPr="00C34A12" w:rsidRDefault="00C34A12" w:rsidP="00C34A12">
      <w:r w:rsidRPr="00C34A12">
        <w:lastRenderedPageBreak/>
        <w:br/>
      </w:r>
    </w:p>
    <w:p w14:paraId="679DEFF1" w14:textId="77777777" w:rsidR="00C34A12" w:rsidRPr="00C34A12" w:rsidRDefault="00C34A12" w:rsidP="00C34A12">
      <w:pPr>
        <w:rPr>
          <w:lang w:val="nl-NL"/>
        </w:rPr>
      </w:pPr>
      <w:r w:rsidRPr="00C34A12">
        <w:rPr>
          <w:lang w:val="nl-NL"/>
        </w:rPr>
        <w:t>Muziek die ik graag wil:</w:t>
      </w:r>
    </w:p>
    <w:p w14:paraId="310AF181" w14:textId="77777777" w:rsidR="00C34A12" w:rsidRPr="00C34A12" w:rsidRDefault="00C34A12" w:rsidP="00C34A12">
      <w:pPr>
        <w:rPr>
          <w:lang w:val="nl-NL"/>
        </w:rPr>
      </w:pPr>
      <w:r w:rsidRPr="00C34A12">
        <w:rPr>
          <w:lang w:val="nl-NL"/>
        </w:rPr>
        <w:br/>
      </w:r>
    </w:p>
    <w:p w14:paraId="0BDFAC7F" w14:textId="77777777" w:rsidR="00C34A12" w:rsidRPr="00C34A12" w:rsidRDefault="00C34A12" w:rsidP="00C34A12">
      <w:pPr>
        <w:rPr>
          <w:lang w:val="nl-NL"/>
        </w:rPr>
      </w:pPr>
      <w:r w:rsidRPr="00C34A12">
        <w:rPr>
          <w:lang w:val="nl-NL"/>
        </w:rPr>
        <w:t>Teksten/spreker(s) tijdens de ceremonie:</w:t>
      </w:r>
    </w:p>
    <w:p w14:paraId="1EE93451" w14:textId="77777777" w:rsidR="00C34A12" w:rsidRPr="00C34A12" w:rsidRDefault="00C34A12" w:rsidP="00C34A12">
      <w:pPr>
        <w:rPr>
          <w:lang w:val="nl-NL"/>
        </w:rPr>
      </w:pPr>
      <w:r w:rsidRPr="00C34A12">
        <w:rPr>
          <w:lang w:val="nl-NL"/>
        </w:rPr>
        <w:br/>
      </w:r>
    </w:p>
    <w:p w14:paraId="7388D965" w14:textId="77777777" w:rsidR="00C34A12" w:rsidRPr="00C34A12" w:rsidRDefault="00C34A12" w:rsidP="00C34A12">
      <w:pPr>
        <w:rPr>
          <w:lang w:val="nl-NL"/>
        </w:rPr>
      </w:pPr>
      <w:r w:rsidRPr="00C34A12">
        <w:rPr>
          <w:lang w:val="nl-NL"/>
        </w:rPr>
        <w:t>Welke kleding ik graag wil dragen:</w:t>
      </w:r>
    </w:p>
    <w:p w14:paraId="6408ECF4" w14:textId="77777777" w:rsidR="00C34A12" w:rsidRPr="00C34A12" w:rsidRDefault="00C34A12" w:rsidP="00C34A12">
      <w:pPr>
        <w:rPr>
          <w:lang w:val="nl-NL"/>
        </w:rPr>
      </w:pPr>
      <w:r w:rsidRPr="00C34A12">
        <w:rPr>
          <w:lang w:val="nl-NL"/>
        </w:rPr>
        <w:br/>
      </w:r>
    </w:p>
    <w:p w14:paraId="457730D2" w14:textId="77777777" w:rsidR="00C34A12" w:rsidRPr="00C34A12" w:rsidRDefault="00C34A12" w:rsidP="00C34A12">
      <w:r w:rsidRPr="00C34A12">
        <w:t>Overige wensen:</w:t>
      </w:r>
    </w:p>
    <w:p w14:paraId="26805FBB" w14:textId="77777777" w:rsidR="00F17567" w:rsidRDefault="00F17567"/>
    <w:p w14:paraId="6BA95BFF" w14:textId="77777777" w:rsidR="00F17567" w:rsidRDefault="00F17567"/>
    <w:p w14:paraId="45BDE1AC" w14:textId="77777777" w:rsidR="00F17567" w:rsidRDefault="00F17567"/>
    <w:p w14:paraId="1229F46C" w14:textId="60342AE4" w:rsidR="0061755A" w:rsidRDefault="0061755A" w:rsidP="0061755A">
      <w:pPr>
        <w:pStyle w:val="Kop2"/>
      </w:pPr>
      <w:r>
        <w:t xml:space="preserve">11. </w:t>
      </w:r>
      <w:r w:rsidR="00FB37E7">
        <w:t>Persoonlijke boodschap en over</w:t>
      </w:r>
      <w:r w:rsidR="0064747A">
        <w:t>i</w:t>
      </w:r>
      <w:r w:rsidR="00FB37E7">
        <w:t>ge punten</w:t>
      </w:r>
    </w:p>
    <w:p w14:paraId="02E35889" w14:textId="77777777" w:rsidR="00F17567" w:rsidRDefault="00F17567"/>
    <w:p w14:paraId="0B61BA4E" w14:textId="2AA5AC77" w:rsidR="00D72BD2" w:rsidRDefault="00FB37E7">
      <w:r>
        <w:t>Persoonlijke boodschap:</w:t>
      </w:r>
    </w:p>
    <w:p w14:paraId="384EBE5D" w14:textId="77777777" w:rsidR="00FB37E7" w:rsidRDefault="00FB37E7"/>
    <w:p w14:paraId="08C073F0" w14:textId="77777777" w:rsidR="00FB37E7" w:rsidRDefault="00FB37E7"/>
    <w:p w14:paraId="5186DB51" w14:textId="77777777" w:rsidR="00FB37E7" w:rsidRDefault="00FB37E7" w:rsidP="00FB37E7">
      <w:r>
        <w:t xml:space="preserve">Overige belangrijke aandachtspunten: </w:t>
      </w:r>
    </w:p>
    <w:p w14:paraId="75DD9AC1" w14:textId="77777777" w:rsidR="00FB37E7" w:rsidRDefault="00FB37E7"/>
    <w:p w14:paraId="02AACE5A" w14:textId="77777777" w:rsidR="00F17567" w:rsidRDefault="00F17567"/>
    <w:p w14:paraId="3CD7016A" w14:textId="77777777" w:rsidR="00F17567" w:rsidRDefault="00F17567"/>
    <w:sectPr w:rsidR="00F17567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C23CDE" w14:textId="77777777" w:rsidR="002C3705" w:rsidRDefault="002C3705" w:rsidP="002C3705">
      <w:pPr>
        <w:spacing w:after="0" w:line="240" w:lineRule="auto"/>
      </w:pPr>
      <w:r>
        <w:separator/>
      </w:r>
    </w:p>
  </w:endnote>
  <w:endnote w:type="continuationSeparator" w:id="0">
    <w:p w14:paraId="5E058AEA" w14:textId="77777777" w:rsidR="002C3705" w:rsidRDefault="002C3705" w:rsidP="002C37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Nunito Sans">
    <w:altName w:val="Calibri"/>
    <w:charset w:val="00"/>
    <w:family w:val="auto"/>
    <w:pitch w:val="variable"/>
    <w:sig w:usb0="A00002FF" w:usb1="5000204B" w:usb2="00000000" w:usb3="00000000" w:csb0="00000197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A5C105" w14:textId="77777777" w:rsidR="002C3705" w:rsidRDefault="002C3705" w:rsidP="002C3705">
      <w:pPr>
        <w:spacing w:after="0" w:line="240" w:lineRule="auto"/>
      </w:pPr>
      <w:r>
        <w:separator/>
      </w:r>
    </w:p>
  </w:footnote>
  <w:footnote w:type="continuationSeparator" w:id="0">
    <w:p w14:paraId="4DFC76E4" w14:textId="77777777" w:rsidR="002C3705" w:rsidRDefault="002C3705" w:rsidP="002C37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E245B8" w14:textId="0F8417A1" w:rsidR="002620F2" w:rsidRPr="002620F2" w:rsidRDefault="002620F2" w:rsidP="002620F2">
    <w:pPr>
      <w:pStyle w:val="Koptekst"/>
      <w:jc w:val="right"/>
      <w:rPr>
        <w:lang w:val="nl-NL"/>
      </w:rPr>
    </w:pPr>
    <w:r w:rsidRPr="002620F2">
      <w:rPr>
        <w:noProof/>
        <w:lang w:val="nl-NL"/>
      </w:rPr>
      <w:drawing>
        <wp:inline distT="0" distB="0" distL="0" distR="0" wp14:anchorId="0C9A05EE" wp14:editId="67C47D00">
          <wp:extent cx="1382573" cy="550309"/>
          <wp:effectExtent l="0" t="0" r="8255" b="2540"/>
          <wp:docPr id="1356684065" name="Afbeelding 6" descr="Afbeelding met tekst, Lettertype, logo, Graphics&#10;&#10;Door AI gegenereerde inhoud is mogelijk onjuis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6684065" name="Afbeelding 6" descr="Afbeelding met tekst, Lettertype, logo, Graphics&#10;&#10;Door AI gegenereerde inhoud is mogelijk onjuis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9891" cy="56516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3513DA3" w14:textId="77053E10" w:rsidR="00AF1D29" w:rsidRPr="00AF1D29" w:rsidRDefault="00AF1D29" w:rsidP="00AF1D29">
    <w:pPr>
      <w:pStyle w:val="Koptekst"/>
      <w:jc w:val="right"/>
      <w:rPr>
        <w:lang w:val="nl-NL"/>
      </w:rPr>
    </w:pPr>
  </w:p>
  <w:p w14:paraId="70AA9F26" w14:textId="059AA81A" w:rsidR="002C3705" w:rsidRDefault="002C3705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jstnummering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jstnummering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jstopsomtek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jstopsomtek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jstnummering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jstopsomtek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985859938">
    <w:abstractNumId w:val="8"/>
  </w:num>
  <w:num w:numId="2" w16cid:durableId="1541284111">
    <w:abstractNumId w:val="6"/>
  </w:num>
  <w:num w:numId="3" w16cid:durableId="1022434744">
    <w:abstractNumId w:val="5"/>
  </w:num>
  <w:num w:numId="4" w16cid:durableId="1702364517">
    <w:abstractNumId w:val="4"/>
  </w:num>
  <w:num w:numId="5" w16cid:durableId="291136776">
    <w:abstractNumId w:val="7"/>
  </w:num>
  <w:num w:numId="6" w16cid:durableId="1964801041">
    <w:abstractNumId w:val="3"/>
  </w:num>
  <w:num w:numId="7" w16cid:durableId="40909421">
    <w:abstractNumId w:val="2"/>
  </w:num>
  <w:num w:numId="8" w16cid:durableId="1353527394">
    <w:abstractNumId w:val="1"/>
  </w:num>
  <w:num w:numId="9" w16cid:durableId="175104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20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C7D5C"/>
    <w:rsid w:val="0015074B"/>
    <w:rsid w:val="002620F2"/>
    <w:rsid w:val="0029639D"/>
    <w:rsid w:val="002C3705"/>
    <w:rsid w:val="002F5456"/>
    <w:rsid w:val="00316F5C"/>
    <w:rsid w:val="00326F90"/>
    <w:rsid w:val="00491EB8"/>
    <w:rsid w:val="005D4BF0"/>
    <w:rsid w:val="0061755A"/>
    <w:rsid w:val="0064747A"/>
    <w:rsid w:val="006D6FCE"/>
    <w:rsid w:val="006F054E"/>
    <w:rsid w:val="00711346"/>
    <w:rsid w:val="007716A0"/>
    <w:rsid w:val="007D217A"/>
    <w:rsid w:val="0083470C"/>
    <w:rsid w:val="009B3BB9"/>
    <w:rsid w:val="00A00156"/>
    <w:rsid w:val="00A418A6"/>
    <w:rsid w:val="00AA1D8D"/>
    <w:rsid w:val="00AF1D29"/>
    <w:rsid w:val="00B046DC"/>
    <w:rsid w:val="00B3113A"/>
    <w:rsid w:val="00B47730"/>
    <w:rsid w:val="00C34A12"/>
    <w:rsid w:val="00C4003A"/>
    <w:rsid w:val="00C934D1"/>
    <w:rsid w:val="00CB0664"/>
    <w:rsid w:val="00D72BD2"/>
    <w:rsid w:val="00DB25EC"/>
    <w:rsid w:val="00F17567"/>
    <w:rsid w:val="00FB37E7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32793FC8"/>
  <w14:defaultImageDpi w14:val="300"/>
  <w15:docId w15:val="{0EDB8888-9156-47F7-B280-624FAED1F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FC693F"/>
  </w:style>
  <w:style w:type="paragraph" w:styleId="Kop1">
    <w:name w:val="heading 1"/>
    <w:basedOn w:val="Standaard"/>
    <w:next w:val="Standaard"/>
    <w:link w:val="Kop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E618BF"/>
  </w:style>
  <w:style w:type="paragraph" w:styleId="Voettekst">
    <w:name w:val="footer"/>
    <w:basedOn w:val="Standaard"/>
    <w:link w:val="Voettekst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E618BF"/>
  </w:style>
  <w:style w:type="paragraph" w:styleId="Geenafstand">
    <w:name w:val="No Spacing"/>
    <w:uiPriority w:val="1"/>
    <w:qFormat/>
    <w:rsid w:val="00FC693F"/>
    <w:pPr>
      <w:spacing w:after="0" w:line="240" w:lineRule="auto"/>
    </w:pPr>
  </w:style>
  <w:style w:type="character" w:customStyle="1" w:styleId="Kop1Char">
    <w:name w:val="Kop 1 Char"/>
    <w:basedOn w:val="Standaardalinea-lettertype"/>
    <w:link w:val="Kop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Kop2Char">
    <w:name w:val="Kop 2 Char"/>
    <w:basedOn w:val="Standaardalinea-lettertype"/>
    <w:link w:val="Kop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Kop3Char">
    <w:name w:val="Kop 3 Char"/>
    <w:basedOn w:val="Standaardalinea-lettertype"/>
    <w:link w:val="Kop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el">
    <w:name w:val="Title"/>
    <w:basedOn w:val="Standaard"/>
    <w:next w:val="Standaard"/>
    <w:link w:val="Tite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Char">
    <w:name w:val="Titel Char"/>
    <w:basedOn w:val="Standaardalinea-lettertype"/>
    <w:link w:val="Ti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jstalinea">
    <w:name w:val="List Paragraph"/>
    <w:basedOn w:val="Standaard"/>
    <w:uiPriority w:val="34"/>
    <w:qFormat/>
    <w:rsid w:val="00FC693F"/>
    <w:pPr>
      <w:ind w:left="720"/>
      <w:contextualSpacing/>
    </w:pPr>
  </w:style>
  <w:style w:type="paragraph" w:styleId="Plattetekst">
    <w:name w:val="Body Text"/>
    <w:basedOn w:val="Standaard"/>
    <w:link w:val="PlattetekstChar"/>
    <w:uiPriority w:val="99"/>
    <w:unhideWhenUsed/>
    <w:rsid w:val="00AA1D8D"/>
    <w:pPr>
      <w:spacing w:after="120"/>
    </w:pPr>
  </w:style>
  <w:style w:type="character" w:customStyle="1" w:styleId="PlattetekstChar">
    <w:name w:val="Platte tekst Char"/>
    <w:basedOn w:val="Standaardalinea-lettertype"/>
    <w:link w:val="Plattetekst"/>
    <w:uiPriority w:val="99"/>
    <w:rsid w:val="00AA1D8D"/>
  </w:style>
  <w:style w:type="paragraph" w:styleId="Plattetekst2">
    <w:name w:val="Body Text 2"/>
    <w:basedOn w:val="Standaard"/>
    <w:link w:val="Plattetekst2Char"/>
    <w:uiPriority w:val="99"/>
    <w:unhideWhenUsed/>
    <w:rsid w:val="00AA1D8D"/>
    <w:pPr>
      <w:spacing w:after="120" w:line="480" w:lineRule="auto"/>
    </w:pPr>
  </w:style>
  <w:style w:type="character" w:customStyle="1" w:styleId="Plattetekst2Char">
    <w:name w:val="Platte tekst 2 Char"/>
    <w:basedOn w:val="Standaardalinea-lettertype"/>
    <w:link w:val="Plattetekst2"/>
    <w:uiPriority w:val="99"/>
    <w:rsid w:val="00AA1D8D"/>
  </w:style>
  <w:style w:type="paragraph" w:styleId="Plattetekst3">
    <w:name w:val="Body Text 3"/>
    <w:basedOn w:val="Standaard"/>
    <w:link w:val="Platteteks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Plattetekst3Char">
    <w:name w:val="Platte tekst 3 Char"/>
    <w:basedOn w:val="Standaardalinea-lettertype"/>
    <w:link w:val="Plattetekst3"/>
    <w:uiPriority w:val="99"/>
    <w:rsid w:val="00AA1D8D"/>
    <w:rPr>
      <w:sz w:val="16"/>
      <w:szCs w:val="16"/>
    </w:rPr>
  </w:style>
  <w:style w:type="paragraph" w:styleId="Lijst">
    <w:name w:val="List"/>
    <w:basedOn w:val="Standaard"/>
    <w:uiPriority w:val="99"/>
    <w:unhideWhenUsed/>
    <w:rsid w:val="00AA1D8D"/>
    <w:pPr>
      <w:ind w:left="360" w:hanging="360"/>
      <w:contextualSpacing/>
    </w:pPr>
  </w:style>
  <w:style w:type="paragraph" w:styleId="Lijst2">
    <w:name w:val="List 2"/>
    <w:basedOn w:val="Standaard"/>
    <w:uiPriority w:val="99"/>
    <w:unhideWhenUsed/>
    <w:rsid w:val="00326F90"/>
    <w:pPr>
      <w:ind w:left="720" w:hanging="360"/>
      <w:contextualSpacing/>
    </w:pPr>
  </w:style>
  <w:style w:type="paragraph" w:styleId="Lijst3">
    <w:name w:val="List 3"/>
    <w:basedOn w:val="Standaard"/>
    <w:uiPriority w:val="99"/>
    <w:unhideWhenUsed/>
    <w:rsid w:val="00326F90"/>
    <w:pPr>
      <w:ind w:left="1080" w:hanging="360"/>
      <w:contextualSpacing/>
    </w:pPr>
  </w:style>
  <w:style w:type="paragraph" w:styleId="Lijstopsomteken">
    <w:name w:val="List Bullet"/>
    <w:basedOn w:val="Standaard"/>
    <w:uiPriority w:val="99"/>
    <w:unhideWhenUsed/>
    <w:rsid w:val="00326F90"/>
    <w:pPr>
      <w:numPr>
        <w:numId w:val="1"/>
      </w:numPr>
      <w:contextualSpacing/>
    </w:pPr>
  </w:style>
  <w:style w:type="paragraph" w:styleId="Lijstopsomteken2">
    <w:name w:val="List Bullet 2"/>
    <w:basedOn w:val="Standaard"/>
    <w:uiPriority w:val="99"/>
    <w:unhideWhenUsed/>
    <w:rsid w:val="00326F90"/>
    <w:pPr>
      <w:numPr>
        <w:numId w:val="2"/>
      </w:numPr>
      <w:contextualSpacing/>
    </w:pPr>
  </w:style>
  <w:style w:type="paragraph" w:styleId="Lijstopsomteken3">
    <w:name w:val="List Bullet 3"/>
    <w:basedOn w:val="Standaard"/>
    <w:uiPriority w:val="99"/>
    <w:unhideWhenUsed/>
    <w:rsid w:val="00326F90"/>
    <w:pPr>
      <w:numPr>
        <w:numId w:val="3"/>
      </w:numPr>
      <w:contextualSpacing/>
    </w:pPr>
  </w:style>
  <w:style w:type="paragraph" w:styleId="Lijstnummering">
    <w:name w:val="List Number"/>
    <w:basedOn w:val="Standaard"/>
    <w:uiPriority w:val="99"/>
    <w:unhideWhenUsed/>
    <w:rsid w:val="00326F90"/>
    <w:pPr>
      <w:numPr>
        <w:numId w:val="5"/>
      </w:numPr>
      <w:contextualSpacing/>
    </w:pPr>
  </w:style>
  <w:style w:type="paragraph" w:styleId="Lijstnummering2">
    <w:name w:val="List Number 2"/>
    <w:basedOn w:val="Standaard"/>
    <w:uiPriority w:val="99"/>
    <w:unhideWhenUsed/>
    <w:rsid w:val="0029639D"/>
    <w:pPr>
      <w:numPr>
        <w:numId w:val="6"/>
      </w:numPr>
      <w:contextualSpacing/>
    </w:pPr>
  </w:style>
  <w:style w:type="paragraph" w:styleId="Lijstnummering3">
    <w:name w:val="List Number 3"/>
    <w:basedOn w:val="Standaard"/>
    <w:uiPriority w:val="99"/>
    <w:unhideWhenUsed/>
    <w:rsid w:val="0029639D"/>
    <w:pPr>
      <w:numPr>
        <w:numId w:val="7"/>
      </w:numPr>
      <w:contextualSpacing/>
    </w:pPr>
  </w:style>
  <w:style w:type="paragraph" w:styleId="Lijstvoortzetting">
    <w:name w:val="List Continue"/>
    <w:basedOn w:val="Standaard"/>
    <w:uiPriority w:val="99"/>
    <w:unhideWhenUsed/>
    <w:rsid w:val="0029639D"/>
    <w:pPr>
      <w:spacing w:after="120"/>
      <w:ind w:left="360"/>
      <w:contextualSpacing/>
    </w:pPr>
  </w:style>
  <w:style w:type="paragraph" w:styleId="Lijstvoortzetting2">
    <w:name w:val="List Continue 2"/>
    <w:basedOn w:val="Standaard"/>
    <w:uiPriority w:val="99"/>
    <w:unhideWhenUsed/>
    <w:rsid w:val="0029639D"/>
    <w:pPr>
      <w:spacing w:after="120"/>
      <w:ind w:left="720"/>
      <w:contextualSpacing/>
    </w:pPr>
  </w:style>
  <w:style w:type="paragraph" w:styleId="Lijstvoortzetting3">
    <w:name w:val="List Continue 3"/>
    <w:basedOn w:val="Standaard"/>
    <w:uiPriority w:val="99"/>
    <w:unhideWhenUsed/>
    <w:rsid w:val="0029639D"/>
    <w:pPr>
      <w:spacing w:after="120"/>
      <w:ind w:left="1080"/>
      <w:contextualSpacing/>
    </w:pPr>
  </w:style>
  <w:style w:type="paragraph" w:styleId="Macrotekst">
    <w:name w:val="macro"/>
    <w:link w:val="Macroteks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kstChar">
    <w:name w:val="Macrotekst Char"/>
    <w:basedOn w:val="Standaardalinea-lettertype"/>
    <w:link w:val="Macrotekst"/>
    <w:uiPriority w:val="99"/>
    <w:rsid w:val="0029639D"/>
    <w:rPr>
      <w:rFonts w:ascii="Courier" w:hAnsi="Courier"/>
      <w:sz w:val="20"/>
      <w:szCs w:val="20"/>
    </w:rPr>
  </w:style>
  <w:style w:type="paragraph" w:styleId="Citaat">
    <w:name w:val="Quote"/>
    <w:basedOn w:val="Standaard"/>
    <w:next w:val="Standaard"/>
    <w:link w:val="CitaatChar"/>
    <w:uiPriority w:val="29"/>
    <w:qFormat/>
    <w:rsid w:val="00FC693F"/>
    <w:rPr>
      <w:i/>
      <w:iCs/>
      <w:color w:val="000000" w:themeColor="text1"/>
    </w:rPr>
  </w:style>
  <w:style w:type="character" w:customStyle="1" w:styleId="CitaatChar">
    <w:name w:val="Citaat Char"/>
    <w:basedOn w:val="Standaardalinea-lettertype"/>
    <w:link w:val="Citaat"/>
    <w:uiPriority w:val="29"/>
    <w:rsid w:val="00FC693F"/>
    <w:rPr>
      <w:i/>
      <w:iCs/>
      <w:color w:val="000000" w:themeColor="text1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jschrift">
    <w:name w:val="caption"/>
    <w:basedOn w:val="Standaard"/>
    <w:next w:val="Standaard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Zwaar">
    <w:name w:val="Strong"/>
    <w:basedOn w:val="Standaardalinea-lettertype"/>
    <w:uiPriority w:val="22"/>
    <w:qFormat/>
    <w:rsid w:val="00FC693F"/>
    <w:rPr>
      <w:b/>
      <w:bCs/>
    </w:rPr>
  </w:style>
  <w:style w:type="character" w:styleId="Nadruk">
    <w:name w:val="Emphasis"/>
    <w:basedOn w:val="Standaardalinea-lettertype"/>
    <w:uiPriority w:val="20"/>
    <w:qFormat/>
    <w:rsid w:val="00FC693F"/>
    <w:rPr>
      <w:i/>
      <w:iCs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FC693F"/>
    <w:rPr>
      <w:b/>
      <w:bCs/>
      <w:i/>
      <w:iCs/>
      <w:color w:val="4F81BD" w:themeColor="accent1"/>
    </w:rPr>
  </w:style>
  <w:style w:type="character" w:styleId="Subtielebenadrukking">
    <w:name w:val="Subtle Emphasis"/>
    <w:basedOn w:val="Standaardalinea-lettertype"/>
    <w:uiPriority w:val="19"/>
    <w:qFormat/>
    <w:rsid w:val="00FC693F"/>
    <w:rPr>
      <w:i/>
      <w:iCs/>
      <w:color w:val="808080" w:themeColor="text1" w:themeTint="7F"/>
    </w:rPr>
  </w:style>
  <w:style w:type="character" w:styleId="Intensievebenadrukking">
    <w:name w:val="Intense Emphasis"/>
    <w:basedOn w:val="Standaardalinea-lettertype"/>
    <w:uiPriority w:val="21"/>
    <w:qFormat/>
    <w:rsid w:val="00FC693F"/>
    <w:rPr>
      <w:b/>
      <w:bCs/>
      <w:i/>
      <w:iCs/>
      <w:color w:val="4F81BD" w:themeColor="accent1"/>
    </w:rPr>
  </w:style>
  <w:style w:type="character" w:styleId="Subtieleverwijzing">
    <w:name w:val="Subtle Reference"/>
    <w:basedOn w:val="Standaardalinea-lettertype"/>
    <w:uiPriority w:val="31"/>
    <w:qFormat/>
    <w:rsid w:val="00FC693F"/>
    <w:rPr>
      <w:smallCaps/>
      <w:color w:val="C0504D" w:themeColor="accent2"/>
      <w:u w:val="single"/>
    </w:rPr>
  </w:style>
  <w:style w:type="character" w:styleId="Intensieveverwijzing">
    <w:name w:val="Intense Reference"/>
    <w:basedOn w:val="Standaardalinea-lettertype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elvanboek">
    <w:name w:val="Book Title"/>
    <w:basedOn w:val="Standaardalinea-lettertype"/>
    <w:uiPriority w:val="33"/>
    <w:qFormat/>
    <w:rsid w:val="00FC693F"/>
    <w:rPr>
      <w:b/>
      <w:bCs/>
      <w:smallCaps/>
      <w:spacing w:val="5"/>
    </w:rPr>
  </w:style>
  <w:style w:type="paragraph" w:styleId="Kopvaninhoudsopgave">
    <w:name w:val="TOC Heading"/>
    <w:basedOn w:val="Kop1"/>
    <w:next w:val="Standaard"/>
    <w:uiPriority w:val="39"/>
    <w:semiHidden/>
    <w:unhideWhenUsed/>
    <w:qFormat/>
    <w:rsid w:val="00FC693F"/>
    <w:pPr>
      <w:outlineLvl w:val="9"/>
    </w:pPr>
  </w:style>
  <w:style w:type="table" w:styleId="Tabelraster">
    <w:name w:val="Table Grid"/>
    <w:basedOn w:val="Standaardtabe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chtearcering">
    <w:name w:val="Light Shading"/>
    <w:basedOn w:val="Standaardtabe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chtearcering-accent1">
    <w:name w:val="Light Shading Accent 1"/>
    <w:basedOn w:val="Standaardtabe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chtearcering-accent2">
    <w:name w:val="Light Shading Accent 2"/>
    <w:basedOn w:val="Standaardtabe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chtearcering-accent3">
    <w:name w:val="Light Shading Accent 3"/>
    <w:basedOn w:val="Standaardtabe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chtearcering-accent4">
    <w:name w:val="Light Shading Accent 4"/>
    <w:basedOn w:val="Standaardtabe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chtearcering-accent5">
    <w:name w:val="Light Shading Accent 5"/>
    <w:basedOn w:val="Standaardtabe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chtearcering-accent6">
    <w:name w:val="Light Shading Accent 6"/>
    <w:basedOn w:val="Standaardtabe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chtelijst">
    <w:name w:val="Light List"/>
    <w:basedOn w:val="Standaardtabe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chtelijst-accent1">
    <w:name w:val="Light List Accent 1"/>
    <w:basedOn w:val="Standaardtabe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chtelijst-accent2">
    <w:name w:val="Light List Accent 2"/>
    <w:basedOn w:val="Standaardtab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chtelijst-accent3">
    <w:name w:val="Light List Accent 3"/>
    <w:basedOn w:val="Standaardtab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chtelijst-accent4">
    <w:name w:val="Light List Accent 4"/>
    <w:basedOn w:val="Standaardtab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chtelijst-accent5">
    <w:name w:val="Light List Accent 5"/>
    <w:basedOn w:val="Standaardtab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chtelijst-accent6">
    <w:name w:val="Light List Accent 6"/>
    <w:basedOn w:val="Standaardtab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chtraster">
    <w:name w:val="Light Grid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chtraster-accent1">
    <w:name w:val="Light Grid Accent 1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chtraster-accent2">
    <w:name w:val="Light Grid Accent 2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chtraster-accent3">
    <w:name w:val="Light Grid Accent 3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chtraster-accent4">
    <w:name w:val="Light Grid Accent 4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chtraster-accent5">
    <w:name w:val="Light Grid Accent 5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chtraster-accent6">
    <w:name w:val="Light Grid Accent 6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Gemiddeldearcering1">
    <w:name w:val="Medium Shading 1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1">
    <w:name w:val="Medium Shading 1 Accent 1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2">
    <w:name w:val="Medium Shading 1 Accent 2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3">
    <w:name w:val="Medium Shading 1 Accent 3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4">
    <w:name w:val="Medium Shading 1 Accent 4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5">
    <w:name w:val="Medium Shading 1 Accent 5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6">
    <w:name w:val="Medium Shading 1 Accent 6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2">
    <w:name w:val="Medium Shading 2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1">
    <w:name w:val="Medium Shading 2 Accent 1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2">
    <w:name w:val="Medium Shading 2 Accent 2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3">
    <w:name w:val="Medium Shading 2 Accent 3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4">
    <w:name w:val="Medium Shading 2 Accent 4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5">
    <w:name w:val="Medium Shading 2 Accent 5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6">
    <w:name w:val="Medium Shading 2 Accent 6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lijst1">
    <w:name w:val="Medium List 1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Gemiddeldelijst1-accent1">
    <w:name w:val="Medium List 1 Accent 1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Gemiddeldelijst1-accent2">
    <w:name w:val="Medium List 1 Accent 2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Gemiddeldelijst1-accent3">
    <w:name w:val="Medium List 1 Accent 3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Gemiddeldelijst1-accent4">
    <w:name w:val="Medium List 1 Accent 4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Gemiddeldelijst1-accent5">
    <w:name w:val="Medium List 1 Accent 5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Gemiddeldelijst1-accent6">
    <w:name w:val="Medium List 1 Accent 6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Gemiddeldelijst2">
    <w:name w:val="Medium List 2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1">
    <w:name w:val="Medium List 2 Accent 1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2">
    <w:name w:val="Medium List 2 Accent 2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3">
    <w:name w:val="Medium List 2 Accent 3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4">
    <w:name w:val="Medium List 2 Accent 4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5">
    <w:name w:val="Medium List 2 Accent 5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6">
    <w:name w:val="Medium List 2 Accent 6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raster1">
    <w:name w:val="Medium Grid 1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emiddeldraster1-accent1">
    <w:name w:val="Medium Grid 1 Accent 1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emiddeldraster1-accent2">
    <w:name w:val="Medium Grid 1 Accent 2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emiddeldraster1-accent3">
    <w:name w:val="Medium Grid 1 Accent 3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emiddeldraster1-accent4">
    <w:name w:val="Medium Grid 1 Accent 4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emiddeldraster1-accent5">
    <w:name w:val="Medium Grid 1 Accent 5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emiddeldraster1-accent6">
    <w:name w:val="Medium Grid 1 Accent 6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emiddeldraster2">
    <w:name w:val="Medium Grid 2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1">
    <w:name w:val="Medium Grid 2 Accent 1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2">
    <w:name w:val="Medium Grid 2 Accent 2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3">
    <w:name w:val="Medium Grid 2 Accent 3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4">
    <w:name w:val="Medium Grid 2 Accent 4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5">
    <w:name w:val="Medium Grid 2 Accent 5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6">
    <w:name w:val="Medium Grid 2 Accent 6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3">
    <w:name w:val="Medium Grid 3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emiddeldraster3-accent1">
    <w:name w:val="Medium Grid 3 Accent 1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emiddeldraster3-accent2">
    <w:name w:val="Medium Grid 3 Accent 2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emiddeldraster3-accent3">
    <w:name w:val="Medium Grid 3 Accent 3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emiddeldraster3-accent4">
    <w:name w:val="Medium Grid 3 Accent 4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emiddeldraster3-accent5">
    <w:name w:val="Medium Grid 3 Accent 5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emiddeldraster3-accent6">
    <w:name w:val="Medium Grid 3 Accent 6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onkerelijst">
    <w:name w:val="Dark List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onkerelijst-accent1">
    <w:name w:val="Dark List Accent 1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onkerelijst-accent2">
    <w:name w:val="Dark List Accent 2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onkerelijst-accent3">
    <w:name w:val="Dark List Accent 3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onkerelijst-accent4">
    <w:name w:val="Dark List Accent 4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onkerelijst-accent5">
    <w:name w:val="Dark List Accent 5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onkerelijst-accent6">
    <w:name w:val="Dark List Accent 6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leurrijkearcering">
    <w:name w:val="Colorful Shading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1">
    <w:name w:val="Colorful Shading Accent 1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2">
    <w:name w:val="Colorful Shading Accent 2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3">
    <w:name w:val="Colorful Shading Accent 3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leurrijkearcering-accent4">
    <w:name w:val="Colorful Shading Accent 4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5">
    <w:name w:val="Colorful Shading Accent 5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6">
    <w:name w:val="Colorful Shading Accent 6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lijst">
    <w:name w:val="Colorful List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leurrijkelijst-accent1">
    <w:name w:val="Colorful List Accent 1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leurrijkelijst-accent2">
    <w:name w:val="Colorful List Accent 2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leurrijkelijst-accent3">
    <w:name w:val="Colorful List Accent 3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leurrijkelijst-accent4">
    <w:name w:val="Colorful List Accent 4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leurrijkelijst-accent5">
    <w:name w:val="Colorful List Accent 5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leurrijkelijst-accent6">
    <w:name w:val="Colorful List Accent 6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leurrijkraster">
    <w:name w:val="Colorful Grid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leurrijkraster-accent1">
    <w:name w:val="Colorful Grid Accent 1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leurrijkraster-accent2">
    <w:name w:val="Colorful Grid Accent 2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leurrijkraster-accent3">
    <w:name w:val="Colorful Grid Accent 3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leurrijkraster-accent4">
    <w:name w:val="Colorful Grid Accent 4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leurrijkraster-accent5">
    <w:name w:val="Colorful Grid Accent 5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leurrijkraster-accent6">
    <w:name w:val="Colorful Grid Accent 6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351</Words>
  <Characters>1932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2279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David Bogaerds</cp:lastModifiedBy>
  <cp:revision>3</cp:revision>
  <dcterms:created xsi:type="dcterms:W3CDTF">2026-02-03T05:35:00Z</dcterms:created>
  <dcterms:modified xsi:type="dcterms:W3CDTF">2026-02-03T06:08:00Z</dcterms:modified>
  <cp:category/>
</cp:coreProperties>
</file>